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F2C4BE" w14:textId="77777777" w:rsidR="00000F9B" w:rsidRPr="006C5768" w:rsidRDefault="00265B7D" w:rsidP="006C576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>Пользовательское соглашение</w:t>
      </w:r>
    </w:p>
    <w:p w14:paraId="39729373" w14:textId="7FD73E51" w:rsidR="00000F9B" w:rsidRPr="006C5768" w:rsidRDefault="006C5768" w:rsidP="006C5768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 условиях использования </w:t>
      </w:r>
      <w:r w:rsidR="00265B7D" w:rsidRPr="006C5768">
        <w:rPr>
          <w:rFonts w:ascii="Times New Roman" w:hAnsi="Times New Roman" w:cs="Times New Roman"/>
          <w:lang w:val="ru-RU"/>
        </w:rPr>
        <w:t xml:space="preserve">сайта </w:t>
      </w:r>
      <w:r w:rsidR="00174DA7" w:rsidRPr="00174DA7">
        <w:rPr>
          <w:rFonts w:ascii="Times New Roman" w:hAnsi="Times New Roman" w:cs="Times New Roman"/>
          <w:lang w:val="ru-RU"/>
        </w:rPr>
        <w:t>https://shhp.ru/</w:t>
      </w:r>
    </w:p>
    <w:p w14:paraId="46660AC8" w14:textId="77777777" w:rsidR="006C5768" w:rsidRDefault="006C5768" w:rsidP="006C5768">
      <w:pPr>
        <w:pStyle w:val="21"/>
        <w:spacing w:before="0" w:line="240" w:lineRule="auto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</w:p>
    <w:p w14:paraId="7B8F883A" w14:textId="446F3354" w:rsidR="00000F9B" w:rsidRPr="006C5768" w:rsidRDefault="00265B7D" w:rsidP="006C5768">
      <w:pPr>
        <w:pStyle w:val="21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1. </w:t>
      </w:r>
      <w:r w:rsid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ab/>
        <w:t>ТЕ</w:t>
      </w:r>
      <w:r w:rsidR="0089743E">
        <w:rPr>
          <w:rFonts w:ascii="Times New Roman" w:hAnsi="Times New Roman" w:cs="Times New Roman"/>
          <w:color w:val="auto"/>
          <w:sz w:val="22"/>
          <w:szCs w:val="22"/>
          <w:lang w:val="ru-RU"/>
        </w:rPr>
        <w:t>Р</w:t>
      </w:r>
      <w:r w:rsid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>МИНЫ И ОПРЕДЕЛЕНИЯ</w:t>
      </w:r>
    </w:p>
    <w:p w14:paraId="4C6A1706" w14:textId="0A1F0D44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 xml:space="preserve">Организатор – </w:t>
      </w:r>
      <w:r w:rsidR="00174DA7">
        <w:rPr>
          <w:rFonts w:ascii="Times New Roman" w:hAnsi="Times New Roman" w:cs="Times New Roman"/>
          <w:lang w:val="ru-RU"/>
        </w:rPr>
        <w:t>ФГБУ «Росзаповедцентр»</w:t>
      </w:r>
      <w:r w:rsidR="00265B7D" w:rsidRPr="006C5768">
        <w:rPr>
          <w:rFonts w:ascii="Times New Roman" w:hAnsi="Times New Roman" w:cs="Times New Roman"/>
          <w:lang w:val="ru-RU"/>
        </w:rPr>
        <w:t>.</w:t>
      </w:r>
    </w:p>
    <w:p w14:paraId="1D02280F" w14:textId="3135C475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1.2.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 xml:space="preserve">Оператор – </w:t>
      </w:r>
      <w:r w:rsidR="00174DA7">
        <w:rPr>
          <w:rFonts w:ascii="Times New Roman" w:hAnsi="Times New Roman" w:cs="Times New Roman"/>
          <w:lang w:val="ru-RU"/>
        </w:rPr>
        <w:t>ООО «ГРЕНАДА»</w:t>
      </w:r>
      <w:r w:rsidR="00265B7D" w:rsidRPr="006C5768">
        <w:rPr>
          <w:rFonts w:ascii="Times New Roman" w:hAnsi="Times New Roman" w:cs="Times New Roman"/>
          <w:lang w:val="ru-RU"/>
        </w:rPr>
        <w:t>, привлеченное Организатором на основании государственного контракта для организации и проведения Мероприятия.</w:t>
      </w:r>
    </w:p>
    <w:p w14:paraId="76C789FC" w14:textId="1C8F61C9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1.3.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 xml:space="preserve">Мероприятие – </w:t>
      </w:r>
      <w:r w:rsidR="00174DA7" w:rsidRPr="00174DA7">
        <w:rPr>
          <w:rFonts w:ascii="Times New Roman" w:hAnsi="Times New Roman" w:cs="Times New Roman"/>
          <w:lang w:val="ru-RU"/>
        </w:rPr>
        <w:t xml:space="preserve">Экспозиция </w:t>
      </w:r>
      <w:r w:rsidR="00174DA7">
        <w:rPr>
          <w:rFonts w:ascii="Times New Roman" w:hAnsi="Times New Roman" w:cs="Times New Roman"/>
          <w:lang w:val="ru-RU"/>
        </w:rPr>
        <w:t>«</w:t>
      </w:r>
      <w:r w:rsidR="00174DA7" w:rsidRPr="00174DA7">
        <w:rPr>
          <w:rFonts w:ascii="Times New Roman" w:hAnsi="Times New Roman" w:cs="Times New Roman"/>
          <w:lang w:val="ru-RU"/>
        </w:rPr>
        <w:t>Школа хранителей природы</w:t>
      </w:r>
      <w:r w:rsidR="00174DA7">
        <w:rPr>
          <w:rFonts w:ascii="Times New Roman" w:hAnsi="Times New Roman" w:cs="Times New Roman"/>
          <w:lang w:val="ru-RU"/>
        </w:rPr>
        <w:t>»</w:t>
      </w:r>
      <w:r w:rsidR="00174DA7" w:rsidRPr="00174DA7">
        <w:rPr>
          <w:rFonts w:ascii="Times New Roman" w:hAnsi="Times New Roman" w:cs="Times New Roman"/>
          <w:lang w:val="ru-RU"/>
        </w:rPr>
        <w:t xml:space="preserve"> </w:t>
      </w:r>
      <w:r w:rsidR="00174DA7">
        <w:rPr>
          <w:rFonts w:ascii="Times New Roman" w:hAnsi="Times New Roman" w:cs="Times New Roman"/>
          <w:lang w:val="ru-RU"/>
        </w:rPr>
        <w:t>по адресу:</w:t>
      </w:r>
      <w:r w:rsidR="00174DA7" w:rsidRPr="00174DA7">
        <w:rPr>
          <w:rFonts w:ascii="Times New Roman" w:hAnsi="Times New Roman" w:cs="Times New Roman"/>
          <w:lang w:val="ru-RU"/>
        </w:rPr>
        <w:t xml:space="preserve"> Московская область, Национальный парк </w:t>
      </w:r>
      <w:r w:rsidR="00174DA7">
        <w:rPr>
          <w:rFonts w:ascii="Times New Roman" w:hAnsi="Times New Roman" w:cs="Times New Roman"/>
          <w:lang w:val="ru-RU"/>
        </w:rPr>
        <w:t>«</w:t>
      </w:r>
      <w:r w:rsidR="00174DA7" w:rsidRPr="00174DA7">
        <w:rPr>
          <w:rFonts w:ascii="Times New Roman" w:hAnsi="Times New Roman" w:cs="Times New Roman"/>
          <w:lang w:val="ru-RU"/>
        </w:rPr>
        <w:t>Лосиный остров</w:t>
      </w:r>
      <w:r w:rsidR="00174DA7">
        <w:rPr>
          <w:rFonts w:ascii="Times New Roman" w:hAnsi="Times New Roman" w:cs="Times New Roman"/>
          <w:lang w:val="ru-RU"/>
        </w:rPr>
        <w:t>»</w:t>
      </w:r>
      <w:r w:rsidR="00174DA7" w:rsidRPr="00174DA7">
        <w:rPr>
          <w:rFonts w:ascii="Times New Roman" w:hAnsi="Times New Roman" w:cs="Times New Roman"/>
          <w:lang w:val="ru-RU"/>
        </w:rPr>
        <w:t>, Лосиная биостанция</w:t>
      </w:r>
      <w:r w:rsidR="00265B7D" w:rsidRPr="006C5768">
        <w:rPr>
          <w:rFonts w:ascii="Times New Roman" w:hAnsi="Times New Roman" w:cs="Times New Roman"/>
          <w:lang w:val="ru-RU"/>
        </w:rPr>
        <w:t>.</w:t>
      </w:r>
    </w:p>
    <w:p w14:paraId="60056DC6" w14:textId="4278ECF9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1.4.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 xml:space="preserve">Сайт Мероприятия – официальный сайт Мероприятия в сети Интернет по адресу: </w:t>
      </w:r>
      <w:r w:rsidR="00174DA7" w:rsidRPr="00174DA7">
        <w:rPr>
          <w:rFonts w:ascii="Times New Roman" w:hAnsi="Times New Roman" w:cs="Times New Roman"/>
          <w:lang w:val="ru-RU"/>
        </w:rPr>
        <w:t>https://shhp.ru/</w:t>
      </w:r>
    </w:p>
    <w:p w14:paraId="4B512E0E" w14:textId="537B4ED3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1.5.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Контент – тексты, изображения, фотографии, видео- и аудиоматериалы, базы данных, элементы программ и иные объекты интеллектуальной собственности, размещенные на Сайте.</w:t>
      </w:r>
    </w:p>
    <w:p w14:paraId="0460A2DC" w14:textId="48310F5D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1.6.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Пользователь сайта –</w:t>
      </w:r>
      <w:r>
        <w:rPr>
          <w:rFonts w:ascii="Times New Roman" w:hAnsi="Times New Roman" w:cs="Times New Roman"/>
          <w:lang w:val="ru-RU"/>
        </w:rPr>
        <w:t xml:space="preserve"> </w:t>
      </w:r>
      <w:r w:rsidR="00265B7D" w:rsidRPr="006C5768">
        <w:rPr>
          <w:rFonts w:ascii="Times New Roman" w:hAnsi="Times New Roman" w:cs="Times New Roman"/>
          <w:lang w:val="ru-RU"/>
        </w:rPr>
        <w:t>физическое лицо, использующее сайт посредством сети Интернет.</w:t>
      </w:r>
    </w:p>
    <w:p w14:paraId="0A548840" w14:textId="7F8074DD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1.7.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Участник Мероприятия – Пользователь сайта, подавший заявку на участие в Мероприятии.</w:t>
      </w:r>
    </w:p>
    <w:p w14:paraId="67FBA6CF" w14:textId="0017F918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1.8.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</w:rPr>
        <w:t>Cookies</w:t>
      </w:r>
      <w:r w:rsidR="00265B7D" w:rsidRPr="006C5768">
        <w:rPr>
          <w:rFonts w:ascii="Times New Roman" w:hAnsi="Times New Roman" w:cs="Times New Roman"/>
          <w:lang w:val="ru-RU"/>
        </w:rPr>
        <w:t xml:space="preserve"> – небольшой фрагмент данных, сохраняемый на устройстве пользователя.</w:t>
      </w:r>
    </w:p>
    <w:p w14:paraId="3C3B4FCE" w14:textId="316CD3A7" w:rsidR="00000F9B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1.9.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</w:rPr>
        <w:t>IP</w:t>
      </w:r>
      <w:r w:rsidR="00265B7D" w:rsidRPr="006C5768">
        <w:rPr>
          <w:rFonts w:ascii="Times New Roman" w:hAnsi="Times New Roman" w:cs="Times New Roman"/>
          <w:lang w:val="ru-RU"/>
        </w:rPr>
        <w:t>-адрес – уникальный сетевой адрес устройства пользователя в сети Интернет.</w:t>
      </w:r>
    </w:p>
    <w:p w14:paraId="4A716E4C" w14:textId="604479BC" w:rsidR="00000F9B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1.10.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Стороны – Пользователь и Оператор.</w:t>
      </w:r>
    </w:p>
    <w:p w14:paraId="74517F10" w14:textId="389F5791" w:rsidR="006C5768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1.11. </w:t>
      </w:r>
      <w:r>
        <w:rPr>
          <w:rFonts w:ascii="Times New Roman" w:hAnsi="Times New Roman" w:cs="Times New Roman"/>
          <w:lang w:val="ru-RU"/>
        </w:rPr>
        <w:tab/>
      </w:r>
      <w:r w:rsidRPr="006C5768">
        <w:rPr>
          <w:rFonts w:ascii="Times New Roman" w:hAnsi="Times New Roman" w:cs="Times New Roman"/>
          <w:lang w:val="ru-RU"/>
        </w:rPr>
        <w:t xml:space="preserve">Политика конфиденциальности - политика </w:t>
      </w:r>
      <w:r>
        <w:rPr>
          <w:rFonts w:ascii="Times New Roman" w:hAnsi="Times New Roman" w:cs="Times New Roman"/>
          <w:lang w:val="ru-RU"/>
        </w:rPr>
        <w:t>в отношении</w:t>
      </w:r>
      <w:r w:rsidRPr="006C576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обработки </w:t>
      </w:r>
      <w:r w:rsidRPr="006C5768">
        <w:rPr>
          <w:rFonts w:ascii="Times New Roman" w:hAnsi="Times New Roman" w:cs="Times New Roman"/>
          <w:lang w:val="ru-RU"/>
        </w:rPr>
        <w:t>персональных</w:t>
      </w:r>
      <w:r>
        <w:rPr>
          <w:rFonts w:ascii="Times New Roman" w:hAnsi="Times New Roman" w:cs="Times New Roman"/>
          <w:lang w:val="ru-RU"/>
        </w:rPr>
        <w:t xml:space="preserve"> </w:t>
      </w:r>
      <w:r w:rsidRPr="006C5768">
        <w:rPr>
          <w:rFonts w:ascii="Times New Roman" w:hAnsi="Times New Roman" w:cs="Times New Roman"/>
          <w:lang w:val="ru-RU"/>
        </w:rPr>
        <w:t xml:space="preserve">данных </w:t>
      </w:r>
      <w:r>
        <w:rPr>
          <w:rFonts w:ascii="Times New Roman" w:hAnsi="Times New Roman" w:cs="Times New Roman"/>
          <w:lang w:val="ru-RU"/>
        </w:rPr>
        <w:t>Оператора</w:t>
      </w:r>
      <w:r w:rsidRPr="006C5768">
        <w:rPr>
          <w:rFonts w:ascii="Times New Roman" w:hAnsi="Times New Roman" w:cs="Times New Roman"/>
          <w:lang w:val="ru-RU"/>
        </w:rPr>
        <w:t>, размещенная в открытом доступе в сети Интернет по</w:t>
      </w:r>
      <w:r>
        <w:rPr>
          <w:rFonts w:ascii="Times New Roman" w:hAnsi="Times New Roman" w:cs="Times New Roman"/>
          <w:lang w:val="ru-RU"/>
        </w:rPr>
        <w:t xml:space="preserve"> </w:t>
      </w:r>
      <w:r w:rsidRPr="006C5768">
        <w:rPr>
          <w:rFonts w:ascii="Times New Roman" w:hAnsi="Times New Roman" w:cs="Times New Roman"/>
          <w:lang w:val="ru-RU"/>
        </w:rPr>
        <w:t>адресу</w:t>
      </w:r>
      <w:r>
        <w:rPr>
          <w:rFonts w:ascii="Times New Roman" w:hAnsi="Times New Roman" w:cs="Times New Roman"/>
          <w:lang w:val="ru-RU"/>
        </w:rPr>
        <w:t xml:space="preserve">: </w:t>
      </w:r>
      <w:r w:rsidR="00174DA7" w:rsidRPr="00174DA7">
        <w:rPr>
          <w:rFonts w:ascii="Times New Roman" w:hAnsi="Times New Roman" w:cs="Times New Roman"/>
          <w:lang w:val="ru-RU"/>
        </w:rPr>
        <w:t>https://shhp.ru/</w:t>
      </w:r>
      <w:r>
        <w:rPr>
          <w:rFonts w:ascii="Times New Roman" w:hAnsi="Times New Roman" w:cs="Times New Roman"/>
          <w:lang w:val="ru-RU"/>
        </w:rPr>
        <w:t>.</w:t>
      </w:r>
    </w:p>
    <w:p w14:paraId="7C843D52" w14:textId="190DB270" w:rsidR="002875E7" w:rsidRPr="006C5768" w:rsidRDefault="001A29FD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pict w14:anchorId="2C8846C4">
          <v:rect id="Horizontal Line 1" o:spid="_x0000_s1030" alt="" style="width:526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CA138FD" w14:textId="3DFF143D" w:rsidR="00000F9B" w:rsidRPr="006C5768" w:rsidRDefault="00265B7D" w:rsidP="006C5768">
      <w:pPr>
        <w:pStyle w:val="21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2. </w:t>
      </w:r>
      <w:r w:rsid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ab/>
      </w: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>ПРЕДМЕТ СОГЛАШЕНИЯ</w:t>
      </w:r>
    </w:p>
    <w:p w14:paraId="50144AE1" w14:textId="30F3C344" w:rsidR="00000F9B" w:rsidRPr="006C5768" w:rsidRDefault="00265B7D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6C5768">
        <w:rPr>
          <w:rFonts w:ascii="Times New Roman" w:hAnsi="Times New Roman" w:cs="Times New Roman"/>
          <w:lang w:val="ru-RU"/>
        </w:rPr>
        <w:t xml:space="preserve">2.1. </w:t>
      </w:r>
      <w:r w:rsidR="006C5768">
        <w:rPr>
          <w:rFonts w:ascii="Times New Roman" w:hAnsi="Times New Roman" w:cs="Times New Roman"/>
          <w:lang w:val="ru-RU"/>
        </w:rPr>
        <w:tab/>
      </w:r>
      <w:r w:rsidRPr="006C5768">
        <w:rPr>
          <w:rFonts w:ascii="Times New Roman" w:hAnsi="Times New Roman" w:cs="Times New Roman"/>
          <w:lang w:val="ru-RU"/>
        </w:rPr>
        <w:t xml:space="preserve">Настоящее Пользовательское соглашение определяет </w:t>
      </w:r>
      <w:r w:rsidR="006C5768" w:rsidRPr="006C5768">
        <w:rPr>
          <w:rFonts w:ascii="Times New Roman" w:hAnsi="Times New Roman" w:cs="Times New Roman"/>
          <w:lang w:val="ru-RU"/>
        </w:rPr>
        <w:t>основы информационно-технологического</w:t>
      </w:r>
      <w:r w:rsidR="006C5768">
        <w:rPr>
          <w:rFonts w:ascii="Times New Roman" w:hAnsi="Times New Roman" w:cs="Times New Roman"/>
          <w:lang w:val="ru-RU"/>
        </w:rPr>
        <w:t xml:space="preserve"> </w:t>
      </w:r>
      <w:r w:rsidR="006C5768" w:rsidRPr="006C5768">
        <w:rPr>
          <w:rFonts w:ascii="Times New Roman" w:hAnsi="Times New Roman" w:cs="Times New Roman"/>
          <w:lang w:val="ru-RU"/>
        </w:rPr>
        <w:t xml:space="preserve">взаимодействия </w:t>
      </w:r>
      <w:r w:rsidR="006C5768">
        <w:rPr>
          <w:rFonts w:ascii="Times New Roman" w:hAnsi="Times New Roman" w:cs="Times New Roman"/>
          <w:lang w:val="ru-RU"/>
        </w:rPr>
        <w:t>Оператора</w:t>
      </w:r>
      <w:r w:rsidR="006C5768" w:rsidRPr="006C5768">
        <w:rPr>
          <w:rFonts w:ascii="Times New Roman" w:hAnsi="Times New Roman" w:cs="Times New Roman"/>
          <w:lang w:val="ru-RU"/>
        </w:rPr>
        <w:t xml:space="preserve"> с Пользователями, в том числе порядок и условия</w:t>
      </w:r>
      <w:r w:rsidR="006C5768">
        <w:rPr>
          <w:rFonts w:ascii="Times New Roman" w:hAnsi="Times New Roman" w:cs="Times New Roman"/>
          <w:lang w:val="ru-RU"/>
        </w:rPr>
        <w:t xml:space="preserve"> </w:t>
      </w:r>
      <w:r w:rsidR="006C5768" w:rsidRPr="006C5768">
        <w:rPr>
          <w:rFonts w:ascii="Times New Roman" w:hAnsi="Times New Roman" w:cs="Times New Roman"/>
          <w:lang w:val="ru-RU"/>
        </w:rPr>
        <w:t>предоставления Пользователю доступа к использованию Сайта и его функционала</w:t>
      </w:r>
      <w:r w:rsidRPr="006C5768">
        <w:rPr>
          <w:rFonts w:ascii="Times New Roman" w:hAnsi="Times New Roman" w:cs="Times New Roman"/>
          <w:lang w:val="ru-RU"/>
        </w:rPr>
        <w:t>.</w:t>
      </w:r>
    </w:p>
    <w:p w14:paraId="755D43D9" w14:textId="4F861CBE" w:rsidR="00000F9B" w:rsidRDefault="00265B7D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6C5768">
        <w:rPr>
          <w:rFonts w:ascii="Times New Roman" w:hAnsi="Times New Roman" w:cs="Times New Roman"/>
          <w:lang w:val="ru-RU"/>
        </w:rPr>
        <w:t xml:space="preserve">2.2. </w:t>
      </w:r>
      <w:r w:rsidR="006C5768">
        <w:rPr>
          <w:rFonts w:ascii="Times New Roman" w:hAnsi="Times New Roman" w:cs="Times New Roman"/>
          <w:lang w:val="ru-RU"/>
        </w:rPr>
        <w:tab/>
      </w:r>
      <w:r w:rsidR="006C5768" w:rsidRPr="006C5768">
        <w:rPr>
          <w:rFonts w:ascii="Times New Roman" w:hAnsi="Times New Roman" w:cs="Times New Roman"/>
          <w:lang w:val="ru-RU"/>
        </w:rPr>
        <w:t>В соответствии со статьей 43</w:t>
      </w:r>
      <w:r w:rsidR="006C5768">
        <w:rPr>
          <w:rFonts w:ascii="Times New Roman" w:hAnsi="Times New Roman" w:cs="Times New Roman"/>
          <w:lang w:val="ru-RU"/>
        </w:rPr>
        <w:t>7</w:t>
      </w:r>
      <w:r w:rsidR="006C5768" w:rsidRPr="006C5768">
        <w:rPr>
          <w:rFonts w:ascii="Times New Roman" w:hAnsi="Times New Roman" w:cs="Times New Roman"/>
          <w:lang w:val="ru-RU"/>
        </w:rPr>
        <w:t xml:space="preserve"> Гражданского кодекса Российской Федерации</w:t>
      </w:r>
      <w:r w:rsidR="006C5768">
        <w:rPr>
          <w:rFonts w:ascii="Times New Roman" w:hAnsi="Times New Roman" w:cs="Times New Roman"/>
          <w:lang w:val="ru-RU"/>
        </w:rPr>
        <w:t xml:space="preserve"> </w:t>
      </w:r>
      <w:r w:rsidR="006C5768" w:rsidRPr="006C5768">
        <w:rPr>
          <w:rFonts w:ascii="Times New Roman" w:hAnsi="Times New Roman" w:cs="Times New Roman"/>
          <w:lang w:val="ru-RU"/>
        </w:rPr>
        <w:t>настоящее Соглашение признается публичной офертой. Условием использования</w:t>
      </w:r>
      <w:r w:rsidR="006C5768">
        <w:rPr>
          <w:rFonts w:ascii="Times New Roman" w:hAnsi="Times New Roman" w:cs="Times New Roman"/>
          <w:lang w:val="ru-RU"/>
        </w:rPr>
        <w:t xml:space="preserve"> </w:t>
      </w:r>
      <w:r w:rsidR="006C5768" w:rsidRPr="006C5768">
        <w:rPr>
          <w:rFonts w:ascii="Times New Roman" w:hAnsi="Times New Roman" w:cs="Times New Roman"/>
          <w:lang w:val="ru-RU"/>
        </w:rPr>
        <w:t>Сайта является полное и безоговорочное принятие Пользователем положений</w:t>
      </w:r>
      <w:r w:rsidR="006C5768">
        <w:rPr>
          <w:rFonts w:ascii="Times New Roman" w:hAnsi="Times New Roman" w:cs="Times New Roman"/>
          <w:lang w:val="ru-RU"/>
        </w:rPr>
        <w:t xml:space="preserve"> </w:t>
      </w:r>
      <w:r w:rsidR="006C5768" w:rsidRPr="006C5768">
        <w:rPr>
          <w:rFonts w:ascii="Times New Roman" w:hAnsi="Times New Roman" w:cs="Times New Roman"/>
          <w:lang w:val="ru-RU"/>
        </w:rPr>
        <w:t>настоящего Соглашения, а также Политики конфиденциальности</w:t>
      </w:r>
      <w:r w:rsidRPr="006C5768">
        <w:rPr>
          <w:rFonts w:ascii="Times New Roman" w:hAnsi="Times New Roman" w:cs="Times New Roman"/>
          <w:lang w:val="ru-RU"/>
        </w:rPr>
        <w:t>.</w:t>
      </w:r>
    </w:p>
    <w:p w14:paraId="4B809724" w14:textId="712CF9FB" w:rsidR="006C5768" w:rsidRPr="006C5768" w:rsidRDefault="006C5768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2.3. </w:t>
      </w:r>
      <w:r>
        <w:rPr>
          <w:rFonts w:ascii="Times New Roman" w:hAnsi="Times New Roman" w:cs="Times New Roman"/>
          <w:lang w:val="ru-RU"/>
        </w:rPr>
        <w:tab/>
      </w:r>
      <w:r w:rsidRPr="006C5768">
        <w:rPr>
          <w:rFonts w:ascii="Times New Roman" w:hAnsi="Times New Roman" w:cs="Times New Roman"/>
          <w:lang w:val="ru-RU"/>
        </w:rPr>
        <w:t>Настоящ</w:t>
      </w:r>
      <w:r>
        <w:rPr>
          <w:rFonts w:ascii="Times New Roman" w:hAnsi="Times New Roman" w:cs="Times New Roman"/>
          <w:lang w:val="ru-RU"/>
        </w:rPr>
        <w:t xml:space="preserve">ее Соглашение </w:t>
      </w:r>
      <w:r w:rsidRPr="006C5768">
        <w:rPr>
          <w:rFonts w:ascii="Times New Roman" w:hAnsi="Times New Roman" w:cs="Times New Roman"/>
          <w:lang w:val="ru-RU"/>
        </w:rPr>
        <w:t>вступа</w:t>
      </w:r>
      <w:r>
        <w:rPr>
          <w:rFonts w:ascii="Times New Roman" w:hAnsi="Times New Roman" w:cs="Times New Roman"/>
          <w:lang w:val="ru-RU"/>
        </w:rPr>
        <w:t>е</w:t>
      </w:r>
      <w:r w:rsidRPr="006C5768">
        <w:rPr>
          <w:rFonts w:ascii="Times New Roman" w:hAnsi="Times New Roman" w:cs="Times New Roman"/>
          <w:lang w:val="ru-RU"/>
        </w:rPr>
        <w:t>т в силу с момента размещения на Сайте и действу</w:t>
      </w:r>
      <w:r>
        <w:rPr>
          <w:rFonts w:ascii="Times New Roman" w:hAnsi="Times New Roman" w:cs="Times New Roman"/>
          <w:lang w:val="ru-RU"/>
        </w:rPr>
        <w:t>е</w:t>
      </w:r>
      <w:r w:rsidRPr="006C5768">
        <w:rPr>
          <w:rFonts w:ascii="Times New Roman" w:hAnsi="Times New Roman" w:cs="Times New Roman"/>
          <w:lang w:val="ru-RU"/>
        </w:rPr>
        <w:t xml:space="preserve">т в отношении всей информации, размещенной на Сайте в сети Интернет. В случае несогласия с настоящим </w:t>
      </w:r>
      <w:r>
        <w:rPr>
          <w:rFonts w:ascii="Times New Roman" w:hAnsi="Times New Roman" w:cs="Times New Roman"/>
          <w:lang w:val="ru-RU"/>
        </w:rPr>
        <w:t>Соглашением</w:t>
      </w:r>
      <w:r w:rsidRPr="006C5768">
        <w:rPr>
          <w:rFonts w:ascii="Times New Roman" w:hAnsi="Times New Roman" w:cs="Times New Roman"/>
          <w:lang w:val="ru-RU"/>
        </w:rPr>
        <w:t>, Пользователь обязан прекратить использование Сайта</w:t>
      </w:r>
      <w:r>
        <w:rPr>
          <w:rFonts w:ascii="Times New Roman" w:hAnsi="Times New Roman" w:cs="Times New Roman"/>
          <w:lang w:val="ru-RU"/>
        </w:rPr>
        <w:t>.</w:t>
      </w:r>
    </w:p>
    <w:p w14:paraId="06EC12C1" w14:textId="3CBA897E" w:rsidR="006C5768" w:rsidRPr="006C5768" w:rsidRDefault="00265B7D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6C5768">
        <w:rPr>
          <w:rFonts w:ascii="Times New Roman" w:hAnsi="Times New Roman" w:cs="Times New Roman"/>
          <w:lang w:val="ru-RU"/>
        </w:rPr>
        <w:t>2.</w:t>
      </w:r>
      <w:r w:rsidR="006C5768">
        <w:rPr>
          <w:rFonts w:ascii="Times New Roman" w:hAnsi="Times New Roman" w:cs="Times New Roman"/>
          <w:lang w:val="ru-RU"/>
        </w:rPr>
        <w:t>4</w:t>
      </w:r>
      <w:r w:rsidRPr="006C5768">
        <w:rPr>
          <w:rFonts w:ascii="Times New Roman" w:hAnsi="Times New Roman" w:cs="Times New Roman"/>
          <w:lang w:val="ru-RU"/>
        </w:rPr>
        <w:t xml:space="preserve">. </w:t>
      </w:r>
      <w:r w:rsidR="006C5768">
        <w:rPr>
          <w:rFonts w:ascii="Times New Roman" w:hAnsi="Times New Roman" w:cs="Times New Roman"/>
          <w:lang w:val="ru-RU"/>
        </w:rPr>
        <w:tab/>
      </w:r>
      <w:r w:rsidR="006C5768" w:rsidRPr="006C5768">
        <w:rPr>
          <w:rFonts w:ascii="Times New Roman" w:hAnsi="Times New Roman" w:cs="Times New Roman"/>
          <w:lang w:val="ru-RU"/>
        </w:rPr>
        <w:t>Настоящ</w:t>
      </w:r>
      <w:r w:rsidR="006C5768">
        <w:rPr>
          <w:rFonts w:ascii="Times New Roman" w:hAnsi="Times New Roman" w:cs="Times New Roman"/>
          <w:lang w:val="ru-RU"/>
        </w:rPr>
        <w:t>ее</w:t>
      </w:r>
      <w:r w:rsidR="006C5768" w:rsidRPr="006C5768">
        <w:rPr>
          <w:rFonts w:ascii="Times New Roman" w:hAnsi="Times New Roman" w:cs="Times New Roman"/>
          <w:lang w:val="ru-RU"/>
        </w:rPr>
        <w:t xml:space="preserve"> </w:t>
      </w:r>
      <w:r w:rsidR="006C5768">
        <w:rPr>
          <w:rFonts w:ascii="Times New Roman" w:hAnsi="Times New Roman" w:cs="Times New Roman"/>
          <w:lang w:val="ru-RU"/>
        </w:rPr>
        <w:t>Соглашение</w:t>
      </w:r>
      <w:r w:rsidR="006C5768" w:rsidRPr="006C5768">
        <w:rPr>
          <w:rFonts w:ascii="Times New Roman" w:hAnsi="Times New Roman" w:cs="Times New Roman"/>
          <w:lang w:val="ru-RU"/>
        </w:rPr>
        <w:t xml:space="preserve"> мо</w:t>
      </w:r>
      <w:r w:rsidR="006C5768">
        <w:rPr>
          <w:rFonts w:ascii="Times New Roman" w:hAnsi="Times New Roman" w:cs="Times New Roman"/>
          <w:lang w:val="ru-RU"/>
        </w:rPr>
        <w:t>же</w:t>
      </w:r>
      <w:r w:rsidR="006C5768" w:rsidRPr="006C5768">
        <w:rPr>
          <w:rFonts w:ascii="Times New Roman" w:hAnsi="Times New Roman" w:cs="Times New Roman"/>
          <w:lang w:val="ru-RU"/>
        </w:rPr>
        <w:t>т быть изменен</w:t>
      </w:r>
      <w:r w:rsidR="006C5768">
        <w:rPr>
          <w:rFonts w:ascii="Times New Roman" w:hAnsi="Times New Roman" w:cs="Times New Roman"/>
          <w:lang w:val="ru-RU"/>
        </w:rPr>
        <w:t>о</w:t>
      </w:r>
      <w:r w:rsidR="006C5768" w:rsidRPr="006C5768">
        <w:rPr>
          <w:rFonts w:ascii="Times New Roman" w:hAnsi="Times New Roman" w:cs="Times New Roman"/>
          <w:lang w:val="ru-RU"/>
        </w:rPr>
        <w:t xml:space="preserve"> </w:t>
      </w:r>
      <w:r w:rsidR="006C5768">
        <w:rPr>
          <w:rFonts w:ascii="Times New Roman" w:hAnsi="Times New Roman" w:cs="Times New Roman"/>
          <w:lang w:val="ru-RU"/>
        </w:rPr>
        <w:t>Оператором</w:t>
      </w:r>
      <w:r w:rsidR="006C5768" w:rsidRPr="006C5768">
        <w:rPr>
          <w:rFonts w:ascii="Times New Roman" w:hAnsi="Times New Roman" w:cs="Times New Roman"/>
          <w:lang w:val="ru-RU"/>
        </w:rPr>
        <w:t xml:space="preserve"> в одностороннем порядке. Новая редакция </w:t>
      </w:r>
      <w:r w:rsidR="006C5768">
        <w:rPr>
          <w:rFonts w:ascii="Times New Roman" w:hAnsi="Times New Roman" w:cs="Times New Roman"/>
          <w:lang w:val="ru-RU"/>
        </w:rPr>
        <w:t>Соглашения</w:t>
      </w:r>
      <w:r w:rsidR="006C5768" w:rsidRPr="006C5768">
        <w:rPr>
          <w:rFonts w:ascii="Times New Roman" w:hAnsi="Times New Roman" w:cs="Times New Roman"/>
          <w:lang w:val="ru-RU"/>
        </w:rPr>
        <w:t xml:space="preserve"> вступает в силу с момента е</w:t>
      </w:r>
      <w:r w:rsidR="008B45A2">
        <w:rPr>
          <w:rFonts w:ascii="Times New Roman" w:hAnsi="Times New Roman" w:cs="Times New Roman"/>
          <w:lang w:val="ru-RU"/>
        </w:rPr>
        <w:t>го</w:t>
      </w:r>
      <w:r w:rsidR="006C5768" w:rsidRPr="006C5768">
        <w:rPr>
          <w:rFonts w:ascii="Times New Roman" w:hAnsi="Times New Roman" w:cs="Times New Roman"/>
          <w:lang w:val="ru-RU"/>
        </w:rPr>
        <w:t xml:space="preserve"> размещения на Сайте, если иное не предусмотрено новой редакцией Правил. Пользователь Сайта обязуется самостоятельно отслеживать данные изменения и принимать решение о возможности дальнейшего использования Сайта. В случае несогласия с изменениями, внесенными в </w:t>
      </w:r>
      <w:r w:rsidR="008B45A2">
        <w:rPr>
          <w:rFonts w:ascii="Times New Roman" w:hAnsi="Times New Roman" w:cs="Times New Roman"/>
          <w:lang w:val="ru-RU"/>
        </w:rPr>
        <w:t>Соглашение</w:t>
      </w:r>
      <w:r w:rsidR="006C5768" w:rsidRPr="006C5768">
        <w:rPr>
          <w:rFonts w:ascii="Times New Roman" w:hAnsi="Times New Roman" w:cs="Times New Roman"/>
          <w:lang w:val="ru-RU"/>
        </w:rPr>
        <w:t>, Пользователь обязан прекратить использование Сайта.</w:t>
      </w:r>
    </w:p>
    <w:p w14:paraId="391A619F" w14:textId="657A31E7" w:rsidR="00000F9B" w:rsidRPr="006C5768" w:rsidRDefault="008B45A2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</w:t>
      </w:r>
      <w:r w:rsidR="006C5768" w:rsidRPr="006C5768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5</w:t>
      </w:r>
      <w:r w:rsidR="006C5768" w:rsidRPr="006C5768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ab/>
        <w:t>Оператор</w:t>
      </w:r>
      <w:r w:rsidR="006C5768" w:rsidRPr="006C5768">
        <w:rPr>
          <w:rFonts w:ascii="Times New Roman" w:hAnsi="Times New Roman" w:cs="Times New Roman"/>
          <w:lang w:val="ru-RU"/>
        </w:rPr>
        <w:t xml:space="preserve"> вправе уведомлять Пользователей об изменениях, в случае если они касаются условий обработки персональных данных пользователя</w:t>
      </w:r>
      <w:r w:rsidR="00265B7D" w:rsidRPr="006C5768">
        <w:rPr>
          <w:rFonts w:ascii="Times New Roman" w:hAnsi="Times New Roman" w:cs="Times New Roman"/>
          <w:lang w:val="ru-RU"/>
        </w:rPr>
        <w:t>.</w:t>
      </w:r>
    </w:p>
    <w:p w14:paraId="707BAB4D" w14:textId="47625CAB" w:rsidR="002875E7" w:rsidRPr="006C5768" w:rsidRDefault="001A29FD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pict w14:anchorId="2F628ADD">
          <v:rect id="Horizontal Line 2" o:spid="_x0000_s1029" alt="" style="width:526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41FE9C7" w14:textId="5E18D6BE" w:rsidR="00000F9B" w:rsidRPr="006C5768" w:rsidRDefault="00265B7D" w:rsidP="006C5768">
      <w:pPr>
        <w:pStyle w:val="21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  <w:lang w:val="ru-RU"/>
        </w:rPr>
      </w:pP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3. </w:t>
      </w:r>
      <w:r w:rsidR="008B45A2">
        <w:rPr>
          <w:rFonts w:ascii="Times New Roman" w:hAnsi="Times New Roman" w:cs="Times New Roman"/>
          <w:color w:val="auto"/>
          <w:sz w:val="22"/>
          <w:szCs w:val="22"/>
          <w:lang w:val="ru-RU"/>
        </w:rPr>
        <w:tab/>
      </w: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ПРАВА И ОБЯЗАННОСТИ </w:t>
      </w:r>
      <w:r w:rsidR="008B45A2">
        <w:rPr>
          <w:rFonts w:ascii="Times New Roman" w:hAnsi="Times New Roman" w:cs="Times New Roman"/>
          <w:color w:val="auto"/>
          <w:sz w:val="22"/>
          <w:szCs w:val="22"/>
          <w:lang w:val="ru-RU"/>
        </w:rPr>
        <w:t xml:space="preserve">ОПЕРАТОРА И </w:t>
      </w:r>
      <w:r w:rsidRPr="006C5768">
        <w:rPr>
          <w:rFonts w:ascii="Times New Roman" w:hAnsi="Times New Roman" w:cs="Times New Roman"/>
          <w:color w:val="auto"/>
          <w:sz w:val="22"/>
          <w:szCs w:val="22"/>
          <w:lang w:val="ru-RU"/>
        </w:rPr>
        <w:t>ПОЛЬЗОВАТЕЛЯ</w:t>
      </w:r>
    </w:p>
    <w:p w14:paraId="354B7516" w14:textId="18F35E13" w:rsidR="008B45A2" w:rsidRDefault="002875E7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6C5768">
        <w:rPr>
          <w:rFonts w:ascii="Times New Roman" w:hAnsi="Times New Roman" w:cs="Times New Roman"/>
          <w:lang w:val="ru-RU"/>
        </w:rPr>
        <w:t xml:space="preserve">3.1. </w:t>
      </w:r>
      <w:r w:rsidR="008B45A2"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Пользователь имеет право:</w:t>
      </w:r>
    </w:p>
    <w:p w14:paraId="30C61149" w14:textId="4B6CCC74" w:rsidR="008B45A2" w:rsidRDefault="008B45A2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пользоваться функционалом сайта;</w:t>
      </w:r>
    </w:p>
    <w:p w14:paraId="40A36802" w14:textId="27EC57E8" w:rsidR="008B45A2" w:rsidRDefault="008B45A2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265B7D" w:rsidRPr="006C576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подавать заявку на участие в Мероприятии;</w:t>
      </w:r>
    </w:p>
    <w:p w14:paraId="5EF9F434" w14:textId="071BBB4E" w:rsidR="008B45A2" w:rsidRDefault="008B45A2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265B7D" w:rsidRPr="006C576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получать информацию о проведении Мероприятия;</w:t>
      </w:r>
    </w:p>
    <w:p w14:paraId="1758490B" w14:textId="57B5CF9A" w:rsidR="00000F9B" w:rsidRPr="006C5768" w:rsidRDefault="008B45A2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265B7D" w:rsidRPr="006C576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обращаться к Оператору по вопросам участия.</w:t>
      </w:r>
    </w:p>
    <w:p w14:paraId="03EF85C3" w14:textId="16EB48C8" w:rsidR="008B45A2" w:rsidRDefault="002875E7" w:rsidP="006C576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6C5768">
        <w:rPr>
          <w:rFonts w:ascii="Times New Roman" w:hAnsi="Times New Roman" w:cs="Times New Roman"/>
          <w:lang w:val="ru-RU"/>
        </w:rPr>
        <w:t xml:space="preserve">3.2. </w:t>
      </w:r>
      <w:r w:rsidR="008B45A2"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Пользователь обязуется:</w:t>
      </w:r>
    </w:p>
    <w:p w14:paraId="06098EC2" w14:textId="77777777" w:rsid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 xml:space="preserve">предоставлять достоверные данные при </w:t>
      </w:r>
      <w:r>
        <w:rPr>
          <w:rFonts w:ascii="Times New Roman" w:hAnsi="Times New Roman" w:cs="Times New Roman"/>
          <w:lang w:val="ru-RU"/>
        </w:rPr>
        <w:t>подаче заявки на участие в Мероприятии;</w:t>
      </w:r>
    </w:p>
    <w:p w14:paraId="3A8D946E" w14:textId="1EA3B1FE" w:rsid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не размещать незаконную информацию;</w:t>
      </w:r>
    </w:p>
    <w:p w14:paraId="24C24154" w14:textId="77777777" w:rsid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не нарушать авторские права;</w:t>
      </w:r>
    </w:p>
    <w:p w14:paraId="30F6E4FE" w14:textId="132C1EBB" w:rsidR="00000F9B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</w:r>
      <w:r w:rsidR="00265B7D" w:rsidRPr="006C5768">
        <w:rPr>
          <w:rFonts w:ascii="Times New Roman" w:hAnsi="Times New Roman" w:cs="Times New Roman"/>
          <w:lang w:val="ru-RU"/>
        </w:rPr>
        <w:t>соблюдать требования законодательства Российской Федерации.</w:t>
      </w:r>
    </w:p>
    <w:p w14:paraId="7D509AA7" w14:textId="3D7E7141" w:rsid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3.3. </w:t>
      </w:r>
      <w:r>
        <w:rPr>
          <w:rFonts w:ascii="Times New Roman" w:hAnsi="Times New Roman" w:cs="Times New Roman"/>
          <w:lang w:val="ru-RU"/>
        </w:rPr>
        <w:tab/>
        <w:t>Оператор имеет право:</w:t>
      </w:r>
    </w:p>
    <w:p w14:paraId="464DA391" w14:textId="77777777" w:rsid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  <w:t>у</w:t>
      </w:r>
      <w:r w:rsidRPr="008B45A2">
        <w:rPr>
          <w:rFonts w:ascii="Times New Roman" w:hAnsi="Times New Roman" w:cs="Times New Roman"/>
          <w:lang w:val="ru-RU"/>
        </w:rPr>
        <w:t>станавливать ограничения в использовании Сайта для всех Пользователей,</w:t>
      </w:r>
      <w:r>
        <w:rPr>
          <w:rFonts w:ascii="Times New Roman" w:hAnsi="Times New Roman" w:cs="Times New Roman"/>
          <w:lang w:val="ru-RU"/>
        </w:rPr>
        <w:t xml:space="preserve"> </w:t>
      </w:r>
      <w:r w:rsidRPr="008B45A2">
        <w:rPr>
          <w:rFonts w:ascii="Times New Roman" w:hAnsi="Times New Roman" w:cs="Times New Roman"/>
          <w:lang w:val="ru-RU"/>
        </w:rPr>
        <w:t>либо для отдельных категорий Пользователей (в зависимости от места пребывания</w:t>
      </w:r>
      <w:r>
        <w:rPr>
          <w:rFonts w:ascii="Times New Roman" w:hAnsi="Times New Roman" w:cs="Times New Roman"/>
          <w:lang w:val="ru-RU"/>
        </w:rPr>
        <w:t xml:space="preserve"> </w:t>
      </w:r>
      <w:r w:rsidRPr="008B45A2">
        <w:rPr>
          <w:rFonts w:ascii="Times New Roman" w:hAnsi="Times New Roman" w:cs="Times New Roman"/>
          <w:lang w:val="ru-RU"/>
        </w:rPr>
        <w:t>Пользователя, языка и т.п.)</w:t>
      </w:r>
      <w:r>
        <w:rPr>
          <w:rFonts w:ascii="Times New Roman" w:hAnsi="Times New Roman" w:cs="Times New Roman"/>
          <w:lang w:val="ru-RU"/>
        </w:rPr>
        <w:t>;</w:t>
      </w:r>
    </w:p>
    <w:p w14:paraId="641C72F8" w14:textId="460EAE00" w:rsidR="008B45A2" w:rsidRPr="008B45A2" w:rsidRDefault="008B45A2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- </w:t>
      </w:r>
      <w:r>
        <w:rPr>
          <w:rFonts w:ascii="Times New Roman" w:hAnsi="Times New Roman" w:cs="Times New Roman"/>
          <w:lang w:val="ru-RU"/>
        </w:rPr>
        <w:tab/>
        <w:t>н</w:t>
      </w:r>
      <w:r w:rsidRPr="008B45A2">
        <w:rPr>
          <w:rFonts w:ascii="Times New Roman" w:hAnsi="Times New Roman" w:cs="Times New Roman"/>
          <w:lang w:val="ru-RU"/>
        </w:rPr>
        <w:t xml:space="preserve">аправлять Пользователю информацию о развитии Сайта и его </w:t>
      </w:r>
      <w:r w:rsidR="00174DA7">
        <w:rPr>
          <w:rFonts w:ascii="Times New Roman" w:hAnsi="Times New Roman" w:cs="Times New Roman"/>
          <w:lang w:val="ru-RU"/>
        </w:rPr>
        <w:t>с</w:t>
      </w:r>
      <w:r w:rsidRPr="008B45A2">
        <w:rPr>
          <w:rFonts w:ascii="Times New Roman" w:hAnsi="Times New Roman" w:cs="Times New Roman"/>
          <w:lang w:val="ru-RU"/>
        </w:rPr>
        <w:t>ервисов</w:t>
      </w:r>
      <w:r w:rsidR="009F4DD4">
        <w:rPr>
          <w:rFonts w:ascii="Times New Roman" w:hAnsi="Times New Roman" w:cs="Times New Roman"/>
          <w:lang w:val="ru-RU"/>
        </w:rPr>
        <w:t xml:space="preserve">. </w:t>
      </w:r>
      <w:r w:rsidRPr="008B45A2">
        <w:rPr>
          <w:rFonts w:ascii="Times New Roman" w:hAnsi="Times New Roman" w:cs="Times New Roman"/>
          <w:lang w:val="ru-RU"/>
        </w:rPr>
        <w:t>Посылать Пользователям информационные сообщения</w:t>
      </w:r>
      <w:r w:rsidR="00174DA7">
        <w:rPr>
          <w:rFonts w:ascii="Times New Roman" w:hAnsi="Times New Roman" w:cs="Times New Roman"/>
          <w:lang w:val="ru-RU"/>
        </w:rPr>
        <w:t>, и</w:t>
      </w:r>
      <w:r w:rsidRPr="008B45A2">
        <w:rPr>
          <w:rFonts w:ascii="Times New Roman" w:hAnsi="Times New Roman" w:cs="Times New Roman"/>
          <w:lang w:val="ru-RU"/>
        </w:rPr>
        <w:t>спользуя Сайт</w:t>
      </w:r>
      <w:r w:rsidR="009F4DD4">
        <w:rPr>
          <w:rFonts w:ascii="Times New Roman" w:hAnsi="Times New Roman" w:cs="Times New Roman"/>
          <w:lang w:val="ru-RU"/>
        </w:rPr>
        <w:t>;</w:t>
      </w:r>
    </w:p>
    <w:p w14:paraId="25A9C883" w14:textId="18A0021B" w:rsidR="008B45A2" w:rsidRPr="008B45A2" w:rsidRDefault="009F4DD4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  <w:t>б</w:t>
      </w:r>
      <w:r w:rsidR="008B45A2" w:rsidRPr="008B45A2">
        <w:rPr>
          <w:rFonts w:ascii="Times New Roman" w:hAnsi="Times New Roman" w:cs="Times New Roman"/>
          <w:lang w:val="ru-RU"/>
        </w:rPr>
        <w:t>ез предварительного уведомления Пользователя осуществлять ограничение</w:t>
      </w:r>
      <w:r>
        <w:rPr>
          <w:rFonts w:ascii="Times New Roman" w:hAnsi="Times New Roman" w:cs="Times New Roman"/>
          <w:lang w:val="ru-RU"/>
        </w:rPr>
        <w:t xml:space="preserve"> </w:t>
      </w:r>
      <w:r w:rsidR="008B45A2" w:rsidRPr="008B45A2">
        <w:rPr>
          <w:rFonts w:ascii="Times New Roman" w:hAnsi="Times New Roman" w:cs="Times New Roman"/>
          <w:lang w:val="ru-RU"/>
        </w:rPr>
        <w:t>отдельных действий Пользователя, если такие действия создают угрозу для</w:t>
      </w:r>
      <w:r>
        <w:rPr>
          <w:rFonts w:ascii="Times New Roman" w:hAnsi="Times New Roman" w:cs="Times New Roman"/>
          <w:lang w:val="ru-RU"/>
        </w:rPr>
        <w:t xml:space="preserve"> </w:t>
      </w:r>
      <w:r w:rsidR="008B45A2" w:rsidRPr="008B45A2">
        <w:rPr>
          <w:rFonts w:ascii="Times New Roman" w:hAnsi="Times New Roman" w:cs="Times New Roman"/>
          <w:lang w:val="ru-RU"/>
        </w:rPr>
        <w:t>нормального функционирования Сайта</w:t>
      </w:r>
      <w:r>
        <w:rPr>
          <w:rFonts w:ascii="Times New Roman" w:hAnsi="Times New Roman" w:cs="Times New Roman"/>
          <w:lang w:val="ru-RU"/>
        </w:rPr>
        <w:t>;</w:t>
      </w:r>
    </w:p>
    <w:p w14:paraId="65FA9FFE" w14:textId="1AEA1CC5" w:rsidR="008B45A2" w:rsidRPr="008B45A2" w:rsidRDefault="009F4DD4" w:rsidP="008B45A2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  <w:t>б</w:t>
      </w:r>
      <w:r w:rsidR="008B45A2" w:rsidRPr="008B45A2">
        <w:rPr>
          <w:rFonts w:ascii="Times New Roman" w:hAnsi="Times New Roman" w:cs="Times New Roman"/>
          <w:lang w:val="ru-RU"/>
        </w:rPr>
        <w:t>ез предварительного уведомления Пользователя производить профилактические</w:t>
      </w:r>
      <w:r>
        <w:rPr>
          <w:rFonts w:ascii="Times New Roman" w:hAnsi="Times New Roman" w:cs="Times New Roman"/>
          <w:lang w:val="ru-RU"/>
        </w:rPr>
        <w:t xml:space="preserve"> </w:t>
      </w:r>
      <w:r w:rsidR="008B45A2" w:rsidRPr="008B45A2">
        <w:rPr>
          <w:rFonts w:ascii="Times New Roman" w:hAnsi="Times New Roman" w:cs="Times New Roman"/>
          <w:lang w:val="ru-RU"/>
        </w:rPr>
        <w:t>работы, которые могут повлечь перерывы в работе Сайта</w:t>
      </w:r>
      <w:r>
        <w:rPr>
          <w:rFonts w:ascii="Times New Roman" w:hAnsi="Times New Roman" w:cs="Times New Roman"/>
          <w:lang w:val="ru-RU"/>
        </w:rPr>
        <w:t>;</w:t>
      </w:r>
    </w:p>
    <w:p w14:paraId="3A3AACCD" w14:textId="37B7C39B" w:rsidR="008B45A2" w:rsidRDefault="009F4DD4" w:rsidP="009F4DD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  <w:t>р</w:t>
      </w:r>
      <w:r w:rsidR="008B45A2" w:rsidRPr="008B45A2">
        <w:rPr>
          <w:rFonts w:ascii="Times New Roman" w:hAnsi="Times New Roman" w:cs="Times New Roman"/>
          <w:lang w:val="ru-RU"/>
        </w:rPr>
        <w:t>аспоряжаться статистической информацией, связанной с функционированием</w:t>
      </w:r>
      <w:r>
        <w:rPr>
          <w:rFonts w:ascii="Times New Roman" w:hAnsi="Times New Roman" w:cs="Times New Roman"/>
          <w:lang w:val="ru-RU"/>
        </w:rPr>
        <w:t xml:space="preserve"> </w:t>
      </w:r>
      <w:r w:rsidR="008B45A2" w:rsidRPr="008B45A2">
        <w:rPr>
          <w:rFonts w:ascii="Times New Roman" w:hAnsi="Times New Roman" w:cs="Times New Roman"/>
          <w:lang w:val="ru-RU"/>
        </w:rPr>
        <w:t>Сайта</w:t>
      </w:r>
      <w:r>
        <w:rPr>
          <w:rFonts w:ascii="Times New Roman" w:hAnsi="Times New Roman" w:cs="Times New Roman"/>
          <w:lang w:val="ru-RU"/>
        </w:rPr>
        <w:t>.</w:t>
      </w:r>
    </w:p>
    <w:p w14:paraId="36850396" w14:textId="05D050F1" w:rsidR="009F4DD4" w:rsidRDefault="009F4DD4" w:rsidP="009F4DD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3.4. </w:t>
      </w:r>
      <w:r>
        <w:rPr>
          <w:rFonts w:ascii="Times New Roman" w:hAnsi="Times New Roman" w:cs="Times New Roman"/>
          <w:lang w:val="ru-RU"/>
        </w:rPr>
        <w:tab/>
        <w:t xml:space="preserve">Оператор обязан: </w:t>
      </w:r>
    </w:p>
    <w:p w14:paraId="2010D713" w14:textId="0122D57C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lang w:val="ru-RU"/>
        </w:rPr>
        <w:tab/>
        <w:t>о</w:t>
      </w:r>
      <w:r w:rsidRPr="009F4DD4">
        <w:rPr>
          <w:rFonts w:ascii="Times New Roman" w:hAnsi="Times New Roman" w:cs="Times New Roman"/>
          <w:lang w:val="ru-RU"/>
        </w:rPr>
        <w:t xml:space="preserve">беспечивать круглосуточную доступность </w:t>
      </w:r>
      <w:r>
        <w:rPr>
          <w:rFonts w:ascii="Times New Roman" w:hAnsi="Times New Roman" w:cs="Times New Roman"/>
          <w:lang w:val="ru-RU"/>
        </w:rPr>
        <w:t>с</w:t>
      </w:r>
      <w:r w:rsidRPr="009F4DD4">
        <w:rPr>
          <w:rFonts w:ascii="Times New Roman" w:hAnsi="Times New Roman" w:cs="Times New Roman"/>
          <w:lang w:val="ru-RU"/>
        </w:rPr>
        <w:t>ервера, на котором расположен</w:t>
      </w:r>
      <w:r>
        <w:rPr>
          <w:rFonts w:ascii="Times New Roman" w:hAnsi="Times New Roman" w:cs="Times New Roman"/>
          <w:lang w:val="ru-RU"/>
        </w:rPr>
        <w:t xml:space="preserve"> </w:t>
      </w:r>
      <w:r w:rsidRPr="009F4DD4">
        <w:rPr>
          <w:rFonts w:ascii="Times New Roman" w:hAnsi="Times New Roman" w:cs="Times New Roman"/>
          <w:lang w:val="ru-RU"/>
        </w:rPr>
        <w:t>Сайт, за исключением времени проведения профилактических рабо</w:t>
      </w:r>
      <w:r>
        <w:rPr>
          <w:rFonts w:ascii="Times New Roman" w:hAnsi="Times New Roman" w:cs="Times New Roman"/>
          <w:lang w:val="ru-RU"/>
        </w:rPr>
        <w:t>т;</w:t>
      </w:r>
    </w:p>
    <w:p w14:paraId="4842AEF2" w14:textId="283B2515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Pr="009F4DD4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ab/>
      </w:r>
      <w:r w:rsidRPr="009F4DD4">
        <w:rPr>
          <w:rFonts w:ascii="Times New Roman" w:hAnsi="Times New Roman" w:cs="Times New Roman"/>
          <w:lang w:val="ru-RU"/>
        </w:rPr>
        <w:t>Оказывать Пользователю услуги, указанные в пункте 2.1. настоящего</w:t>
      </w:r>
      <w:r>
        <w:rPr>
          <w:rFonts w:ascii="Times New Roman" w:hAnsi="Times New Roman" w:cs="Times New Roman"/>
          <w:lang w:val="ru-RU"/>
        </w:rPr>
        <w:t xml:space="preserve"> </w:t>
      </w:r>
      <w:r w:rsidRPr="009F4DD4">
        <w:rPr>
          <w:rFonts w:ascii="Times New Roman" w:hAnsi="Times New Roman" w:cs="Times New Roman"/>
          <w:lang w:val="ru-RU"/>
        </w:rPr>
        <w:t>Соглашения.</w:t>
      </w:r>
    </w:p>
    <w:bookmarkStart w:id="0" w:name="_Hlk228760258"/>
    <w:p w14:paraId="7CDA19E8" w14:textId="77777777" w:rsidR="002875E7" w:rsidRPr="006C5768" w:rsidRDefault="001A29FD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pict w14:anchorId="2D9422A5">
          <v:rect id="Horizontal Line 3" o:spid="_x0000_s1028" alt="" style="width:526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  <w:bookmarkEnd w:id="0"/>
    </w:p>
    <w:p w14:paraId="5620E300" w14:textId="08F030BF" w:rsidR="002875E7" w:rsidRPr="006C5768" w:rsidRDefault="002875E7" w:rsidP="006C576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</w:pP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 xml:space="preserve">4. </w:t>
      </w:r>
      <w:r w:rsidR="008B45A2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>ИНТЕЛЛЕКТУАЛЬНЫЕ ПРАВА</w:t>
      </w:r>
    </w:p>
    <w:p w14:paraId="46B14B72" w14:textId="56B1DC04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4.1.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Все объекты, размещенные на Сайте Мероприятия, включая элементы дизайна, тексты, графические изображения, фотографии, видеоматериалы, музыкальные произведения, аудиозаписи и иные материалы, являются объектами исключительных прав Организатора, Оператора</w:t>
      </w:r>
      <w:r w:rsidR="008B45A2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6C5768">
        <w:rPr>
          <w:rFonts w:ascii="Times New Roman" w:eastAsia="Times New Roman" w:hAnsi="Times New Roman" w:cs="Times New Roman"/>
          <w:lang w:val="ru-RU" w:eastAsia="ru-RU"/>
        </w:rPr>
        <w:t>и иных правообладателей.</w:t>
      </w:r>
    </w:p>
    <w:p w14:paraId="1AA82317" w14:textId="00527639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4.2.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Все права на указанные объекты защищены в соответствии с законодательством Российской Федерации.</w:t>
      </w:r>
    </w:p>
    <w:p w14:paraId="3F56F88E" w14:textId="768E2A57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4.3.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Исключительные права на использование товарных знаков, коммерческих обозначений и иных объектов интеллектуальной собственности, размещенных на Сайте, принадлежат Организатору, его партнерам либо иным правообладателям.</w:t>
      </w:r>
    </w:p>
    <w:p w14:paraId="068A3934" w14:textId="46FB504E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4.4.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За исключением случаев, предусмотренных настоящим Соглашением, Положением о проведении Мероприятия и законодательством Российской Федерации, Контент Сайта не может быть скопирован, переработан, распространен, опубликован, передан, продан или иным способом использован полностью или частично без предварительного письменного разрешения правообладателя.</w:t>
      </w:r>
    </w:p>
    <w:p w14:paraId="7FC13CA7" w14:textId="32449C6D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4.5.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Использование Пользователем Контента Сайта допускается исключительно для личных некоммерческих целей при условии сохранения всех указаний об авторстве и иных уведомлений о правах на интеллектуальную собственность.</w:t>
      </w:r>
    </w:p>
    <w:p w14:paraId="1D07AE66" w14:textId="58B702D6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4.6.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Любое использование Сайта Мероприятия или его Контента, кроме прямо разрешенного настоящим Соглашением или законодательством Российской Федерации, без письменного согласия правообладателя запрещено.</w:t>
      </w:r>
    </w:p>
    <w:p w14:paraId="4ABA31C8" w14:textId="69588197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</w:t>
      </w:r>
      <w:r w:rsidR="00174DA7">
        <w:rPr>
          <w:rFonts w:ascii="Times New Roman" w:eastAsia="Times New Roman" w:hAnsi="Times New Roman" w:cs="Times New Roman"/>
          <w:lang w:val="ru-RU" w:eastAsia="ru-RU"/>
        </w:rPr>
        <w:t>7</w:t>
      </w:r>
      <w:r w:rsidRPr="00EB698E">
        <w:rPr>
          <w:rFonts w:ascii="Times New Roman" w:eastAsia="Times New Roman" w:hAnsi="Times New Roman" w:cs="Times New Roman"/>
          <w:lang w:val="ru-RU" w:eastAsia="ru-RU"/>
        </w:rPr>
        <w:t>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На Сайте Мероприятия может размещаться информационная и иная реклама партнеров Мероприятия. Пользователь соглашается с возможностью размещения такой информации на Сайте.</w:t>
      </w:r>
    </w:p>
    <w:p w14:paraId="64149E5F" w14:textId="0A0340C5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4.</w:t>
      </w:r>
      <w:r w:rsidR="00174DA7">
        <w:rPr>
          <w:rFonts w:ascii="Times New Roman" w:eastAsia="Times New Roman" w:hAnsi="Times New Roman" w:cs="Times New Roman"/>
          <w:lang w:val="ru-RU" w:eastAsia="ru-RU"/>
        </w:rPr>
        <w:t>8</w:t>
      </w:r>
      <w:r w:rsidRPr="00EB698E">
        <w:rPr>
          <w:rFonts w:ascii="Times New Roman" w:eastAsia="Times New Roman" w:hAnsi="Times New Roman" w:cs="Times New Roman"/>
          <w:lang w:val="ru-RU" w:eastAsia="ru-RU"/>
        </w:rPr>
        <w:t>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Сайт может содержать ссылки на интернет-ресурсы третьих лиц. Организатор и Оператор не несут ответственности за содержание таких ресурсов и не гарантируют их соответствие требованиям законодательства Российской Федерации.</w:t>
      </w:r>
    </w:p>
    <w:p w14:paraId="060C7EC1" w14:textId="77777777" w:rsidR="002875E7" w:rsidRPr="006C5768" w:rsidRDefault="001A29FD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pict w14:anchorId="09FB3084">
          <v:rect id="Horizontal Line 4" o:spid="_x0000_s1027" alt="" style="width:526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2867563B" w14:textId="757CD889" w:rsidR="002875E7" w:rsidRPr="006C5768" w:rsidRDefault="002875E7" w:rsidP="006C576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</w:pP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 xml:space="preserve">5. </w:t>
      </w:r>
      <w:r w:rsidR="008B45A2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>ОБРАБОТКА ДАННЫХ О ПОЛЬЗОВАТЕЛЕ</w:t>
      </w:r>
    </w:p>
    <w:p w14:paraId="1F63DE0B" w14:textId="5E770E20" w:rsidR="002875E7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t>5.1.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Подача Пользователем заявки на участие в Мероприятии означает его согласие с условиями обработки персональных данных, установленными настоящим Соглашением, </w:t>
      </w:r>
      <w:r w:rsidR="00174DA7">
        <w:rPr>
          <w:rFonts w:ascii="Times New Roman" w:eastAsia="Times New Roman" w:hAnsi="Times New Roman" w:cs="Times New Roman"/>
          <w:lang w:val="ru-RU" w:eastAsia="ru-RU"/>
        </w:rPr>
        <w:t>Правилами посещения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Мероприятия и Политикой </w:t>
      </w:r>
      <w:r w:rsidR="008B45A2">
        <w:rPr>
          <w:rFonts w:ascii="Times New Roman" w:eastAsia="Times New Roman" w:hAnsi="Times New Roman" w:cs="Times New Roman"/>
          <w:lang w:val="ru-RU" w:eastAsia="ru-RU"/>
        </w:rPr>
        <w:t>конфиденциальности</w:t>
      </w:r>
      <w:r w:rsidRPr="006C5768">
        <w:rPr>
          <w:rFonts w:ascii="Times New Roman" w:eastAsia="Times New Roman" w:hAnsi="Times New Roman" w:cs="Times New Roman"/>
          <w:lang w:val="ru-RU" w:eastAsia="ru-RU"/>
        </w:rPr>
        <w:t>.</w:t>
      </w:r>
      <w:r w:rsidR="00772E11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 w:rsidRPr="00772E11">
        <w:rPr>
          <w:rFonts w:ascii="Times New Roman" w:eastAsia="Times New Roman" w:hAnsi="Times New Roman" w:cs="Times New Roman"/>
          <w:lang w:val="ru-RU" w:eastAsia="ru-RU"/>
        </w:rPr>
        <w:t xml:space="preserve">Основанием обработки персональных данных является принятие Пользователем </w:t>
      </w:r>
      <w:r w:rsidR="00772E11">
        <w:rPr>
          <w:rFonts w:ascii="Times New Roman" w:eastAsia="Times New Roman" w:hAnsi="Times New Roman" w:cs="Times New Roman"/>
          <w:lang w:val="ru-RU" w:eastAsia="ru-RU"/>
        </w:rPr>
        <w:t>условий настоящего Соглашения.</w:t>
      </w:r>
    </w:p>
    <w:p w14:paraId="5549FFD8" w14:textId="29F6679C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t>5.2.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Под персональной информацией Пользователя понимаются:</w:t>
      </w:r>
    </w:p>
    <w:p w14:paraId="12E8F5FC" w14:textId="0C0E73C9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t>5.2.1.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сведения, которые Пользователь предоставляет о себе при заполнении регистрационной формы и подаче заявки на участие в Мероприятии, включая персональные данные;</w:t>
      </w:r>
    </w:p>
    <w:p w14:paraId="0E318956" w14:textId="5EA7171A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t xml:space="preserve">5.2.2. </w:t>
      </w:r>
      <w:r w:rsidR="008B45A2" w:rsidRP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данные, автоматически передаваемые сервисам Сайта в процессе его использования, включая IP-адрес, данные файлов cookie, информацию о браузере, дату и время доступа к страницам Сайта</w:t>
      </w:r>
      <w:r w:rsidR="008B45A2">
        <w:rPr>
          <w:rFonts w:ascii="Times New Roman" w:eastAsia="Times New Roman" w:hAnsi="Times New Roman" w:cs="Times New Roman"/>
          <w:lang w:val="ru-RU" w:eastAsia="ru-RU"/>
        </w:rPr>
        <w:t xml:space="preserve"> и т.п</w:t>
      </w:r>
      <w:r w:rsidRPr="006C5768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1D6E51FB" w14:textId="5C5BAC55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t>5.3.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Персональн</w:t>
      </w:r>
      <w:r w:rsidR="0082704A">
        <w:rPr>
          <w:rFonts w:ascii="Times New Roman" w:eastAsia="Times New Roman" w:hAnsi="Times New Roman" w:cs="Times New Roman"/>
          <w:lang w:val="ru-RU" w:eastAsia="ru-RU"/>
        </w:rPr>
        <w:t>ые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2704A">
        <w:rPr>
          <w:rFonts w:ascii="Times New Roman" w:eastAsia="Times New Roman" w:hAnsi="Times New Roman" w:cs="Times New Roman"/>
          <w:lang w:val="ru-RU" w:eastAsia="ru-RU"/>
        </w:rPr>
        <w:t>данные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Пользователя мо</w:t>
      </w:r>
      <w:r w:rsidR="00174DA7">
        <w:rPr>
          <w:rFonts w:ascii="Times New Roman" w:eastAsia="Times New Roman" w:hAnsi="Times New Roman" w:cs="Times New Roman"/>
          <w:lang w:val="ru-RU" w:eastAsia="ru-RU"/>
        </w:rPr>
        <w:t>гу</w:t>
      </w:r>
      <w:r w:rsidRPr="006C5768">
        <w:rPr>
          <w:rFonts w:ascii="Times New Roman" w:eastAsia="Times New Roman" w:hAnsi="Times New Roman" w:cs="Times New Roman"/>
          <w:lang w:val="ru-RU" w:eastAsia="ru-RU"/>
        </w:rPr>
        <w:t>т использоваться Оператором в следующих целях:</w:t>
      </w:r>
    </w:p>
    <w:p w14:paraId="5E514561" w14:textId="60DDDC1F" w:rsidR="00772E11" w:rsidRPr="00174DA7" w:rsidRDefault="00174DA7" w:rsidP="00772E11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174DA7">
        <w:rPr>
          <w:rFonts w:ascii="Times New Roman" w:hAnsi="Times New Roman" w:cs="Times New Roman"/>
          <w:lang w:val="ru-RU"/>
        </w:rPr>
        <w:t>регистрация заявки на участие группы обучающихся образовательной организации в Мероприятии, идентификация представителя, запись на выбранные трек, дату и время занятия, организация и обеспечение участия группы в Мероприятии</w:t>
      </w:r>
      <w:r w:rsidR="00772E11" w:rsidRPr="00174DA7">
        <w:rPr>
          <w:rFonts w:ascii="Times New Roman" w:eastAsia="Times New Roman" w:hAnsi="Times New Roman" w:cs="Times New Roman"/>
          <w:lang w:val="ru-RU" w:eastAsia="ru-RU"/>
        </w:rPr>
        <w:t>;</w:t>
      </w:r>
    </w:p>
    <w:p w14:paraId="6EDF701B" w14:textId="1E62E340" w:rsidR="00772E11" w:rsidRPr="00772E11" w:rsidRDefault="00772E11" w:rsidP="00772E11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174DA7">
        <w:rPr>
          <w:rFonts w:ascii="Times New Roman" w:eastAsia="Times New Roman" w:hAnsi="Times New Roman" w:cs="Times New Roman"/>
          <w:lang w:val="ru-RU" w:eastAsia="ru-RU"/>
        </w:rPr>
        <w:t>взаимодействия</w:t>
      </w:r>
      <w:r w:rsidRPr="00772E11">
        <w:rPr>
          <w:rFonts w:ascii="Times New Roman" w:eastAsia="Times New Roman" w:hAnsi="Times New Roman" w:cs="Times New Roman"/>
          <w:lang w:val="ru-RU" w:eastAsia="ru-RU"/>
        </w:rPr>
        <w:t xml:space="preserve"> Оператора и субъекта персональных данных по поводу участия в Мероприятии;</w:t>
      </w:r>
    </w:p>
    <w:p w14:paraId="0CDC9BCC" w14:textId="65894ED1" w:rsidR="00772E11" w:rsidRPr="00772E11" w:rsidRDefault="00772E11" w:rsidP="00772E11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772E11">
        <w:rPr>
          <w:rFonts w:ascii="Times New Roman" w:eastAsia="Times New Roman" w:hAnsi="Times New Roman" w:cs="Times New Roman"/>
          <w:lang w:val="ru-RU" w:eastAsia="ru-RU"/>
        </w:rPr>
        <w:lastRenderedPageBreak/>
        <w:t xml:space="preserve">направления информационной рассылки. При наличии согласия </w:t>
      </w:r>
      <w:r>
        <w:rPr>
          <w:rFonts w:ascii="Times New Roman" w:eastAsia="Times New Roman" w:hAnsi="Times New Roman" w:cs="Times New Roman"/>
          <w:lang w:val="ru-RU" w:eastAsia="ru-RU"/>
        </w:rPr>
        <w:t>Участника</w:t>
      </w:r>
      <w:r w:rsidRPr="00772E11">
        <w:rPr>
          <w:rFonts w:ascii="Times New Roman" w:eastAsia="Times New Roman" w:hAnsi="Times New Roman" w:cs="Times New Roman"/>
          <w:lang w:val="ru-RU" w:eastAsia="ru-RU"/>
        </w:rPr>
        <w:t xml:space="preserve"> Оператор может использовать персональные данные Пользователя/Участника для направления ему новостей.</w:t>
      </w:r>
    </w:p>
    <w:p w14:paraId="58BABCEA" w14:textId="52499D53" w:rsidR="002875E7" w:rsidRPr="00174DA7" w:rsidRDefault="00174DA7" w:rsidP="00772E11">
      <w:pPr>
        <w:pStyle w:val="ae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174DA7">
        <w:rPr>
          <w:rFonts w:ascii="Times New Roman" w:hAnsi="Times New Roman" w:cs="Times New Roman"/>
          <w:lang w:val="ru-RU"/>
        </w:rPr>
        <w:t>анализ посещаемости и использования Сайта, получение статистической информации, совершенствование структуры, содержания и функциональных возможностей Сайта, оценка эффективности информационных материалов и источников перехода на Сайт</w:t>
      </w:r>
      <w:r w:rsidR="00772E11" w:rsidRPr="00174DA7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046AD3F1" w14:textId="5F15D04C" w:rsidR="0082704A" w:rsidRPr="00174DA7" w:rsidRDefault="0082704A" w:rsidP="0082704A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174DA7">
        <w:rPr>
          <w:rFonts w:ascii="Times New Roman" w:eastAsia="Times New Roman" w:hAnsi="Times New Roman" w:cs="Times New Roman"/>
          <w:lang w:val="ru-RU" w:eastAsia="ru-RU"/>
        </w:rPr>
        <w:t>Полный перечень персональных данных, обрабатываемых Оператором, а также условия их обработки содержатся в Политике конфиденциальности.</w:t>
      </w:r>
    </w:p>
    <w:p w14:paraId="0EEE4BFB" w14:textId="428AF601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174DA7">
        <w:rPr>
          <w:rFonts w:ascii="Times New Roman" w:eastAsia="Times New Roman" w:hAnsi="Times New Roman" w:cs="Times New Roman"/>
          <w:lang w:val="ru-RU" w:eastAsia="ru-RU"/>
        </w:rPr>
        <w:t xml:space="preserve">5.4. </w:t>
      </w:r>
      <w:r w:rsidR="008B45A2" w:rsidRPr="00174DA7">
        <w:rPr>
          <w:rFonts w:ascii="Times New Roman" w:eastAsia="Times New Roman" w:hAnsi="Times New Roman" w:cs="Times New Roman"/>
          <w:lang w:val="ru-RU" w:eastAsia="ru-RU"/>
        </w:rPr>
        <w:tab/>
      </w:r>
      <w:r w:rsidRPr="00174DA7">
        <w:rPr>
          <w:rFonts w:ascii="Times New Roman" w:eastAsia="Times New Roman" w:hAnsi="Times New Roman" w:cs="Times New Roman"/>
          <w:lang w:val="ru-RU" w:eastAsia="ru-RU"/>
        </w:rPr>
        <w:t>Оператор принимает необходимые организационные и технические меры для защиты персональной информации Пользователей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от неправомерного доступа, уничтожения, изменения, блокирования, копирования и распространения.</w:t>
      </w:r>
    </w:p>
    <w:p w14:paraId="66E59008" w14:textId="680C4AB8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9F4DD4">
        <w:rPr>
          <w:rFonts w:ascii="Times New Roman" w:eastAsia="Times New Roman" w:hAnsi="Times New Roman" w:cs="Times New Roman"/>
          <w:lang w:val="ru-RU" w:eastAsia="ru-RU"/>
        </w:rPr>
        <w:t>5.5.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Оператор обеспечивает конфиденциальность персональных данных Пользователей.</w:t>
      </w:r>
    </w:p>
    <w:p w14:paraId="0FD3776C" w14:textId="3A9B6430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9F4DD4">
        <w:rPr>
          <w:rFonts w:ascii="Times New Roman" w:eastAsia="Times New Roman" w:hAnsi="Times New Roman" w:cs="Times New Roman"/>
          <w:lang w:val="ru-RU" w:eastAsia="ru-RU"/>
        </w:rPr>
        <w:t>5.6.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Персональные данные могут быть переданы третьим лицам в следующих случаях:</w:t>
      </w:r>
    </w:p>
    <w:p w14:paraId="3E992F05" w14:textId="77777777" w:rsidR="002875E7" w:rsidRPr="006C5768" w:rsidRDefault="002875E7" w:rsidP="006C57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при наличии согласия Пользователя;</w:t>
      </w:r>
    </w:p>
    <w:p w14:paraId="15ADA2EB" w14:textId="77777777" w:rsidR="002875E7" w:rsidRPr="006C5768" w:rsidRDefault="002875E7" w:rsidP="006C57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если передача предусмотрена законодательством Российской Федерации;</w:t>
      </w:r>
    </w:p>
    <w:p w14:paraId="414FCB84" w14:textId="77777777" w:rsidR="002875E7" w:rsidRPr="006C5768" w:rsidRDefault="002875E7" w:rsidP="006C5768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для защиты прав и законных интересов Организатора, Оператора или третьих лиц.</w:t>
      </w:r>
    </w:p>
    <w:p w14:paraId="2D3F5EFF" w14:textId="765F5C20" w:rsidR="002875E7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9F4DD4">
        <w:rPr>
          <w:rFonts w:ascii="Times New Roman" w:eastAsia="Times New Roman" w:hAnsi="Times New Roman" w:cs="Times New Roman"/>
          <w:lang w:val="ru-RU" w:eastAsia="ru-RU"/>
        </w:rPr>
        <w:t>5.7.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8B45A2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Обработка персональных данных осуществляется в соответствии с Федеральным законом от 27.07.2006 №152-ФЗ «О персональных данных».</w:t>
      </w:r>
    </w:p>
    <w:p w14:paraId="1108F67A" w14:textId="6B71E7B1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5.8. </w:t>
      </w:r>
      <w:r>
        <w:rPr>
          <w:rFonts w:ascii="Times New Roman" w:eastAsia="Times New Roman" w:hAnsi="Times New Roman" w:cs="Times New Roman"/>
          <w:lang w:val="ru-RU" w:eastAsia="ru-RU"/>
        </w:rPr>
        <w:tab/>
        <w:t xml:space="preserve">Оператор 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осуществляет следующие действия с персональными данными </w:t>
      </w:r>
      <w:r>
        <w:rPr>
          <w:rFonts w:ascii="Times New Roman" w:eastAsia="Times New Roman" w:hAnsi="Times New Roman" w:cs="Times New Roman"/>
          <w:lang w:val="ru-RU" w:eastAsia="ru-RU"/>
        </w:rPr>
        <w:t>Участников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: сбор, запись, систематизация, накопление, хранение, уточнение (обновление, изменение), использование, передача (предоставление, доступ), блокирование, уничтожение. </w:t>
      </w:r>
    </w:p>
    <w:p w14:paraId="1FE46E8E" w14:textId="619BDF56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</w:t>
      </w:r>
      <w:r w:rsidR="00174DA7">
        <w:rPr>
          <w:rFonts w:ascii="Times New Roman" w:eastAsia="Times New Roman" w:hAnsi="Times New Roman" w:cs="Times New Roman"/>
          <w:lang w:val="ru-RU" w:eastAsia="ru-RU"/>
        </w:rPr>
        <w:t>9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lang w:val="ru-RU" w:eastAsia="ru-RU"/>
        </w:rPr>
        <w:tab/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В рамках проведения </w:t>
      </w:r>
      <w:r>
        <w:rPr>
          <w:rFonts w:ascii="Times New Roman" w:eastAsia="Times New Roman" w:hAnsi="Times New Roman" w:cs="Times New Roman"/>
          <w:lang w:val="ru-RU" w:eastAsia="ru-RU"/>
        </w:rPr>
        <w:t>Мероприятия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lang w:val="ru-RU" w:eastAsia="ru-RU"/>
        </w:rPr>
        <w:t>Оператор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вправе предоставить доступ к персональным данным </w:t>
      </w:r>
      <w:r>
        <w:rPr>
          <w:rFonts w:ascii="Times New Roman" w:eastAsia="Times New Roman" w:hAnsi="Times New Roman" w:cs="Times New Roman"/>
          <w:lang w:val="ru-RU" w:eastAsia="ru-RU"/>
        </w:rPr>
        <w:t>Участников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lang w:val="ru-RU" w:eastAsia="ru-RU"/>
        </w:rPr>
        <w:t>третьим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лицам</w:t>
      </w:r>
      <w:r>
        <w:rPr>
          <w:rFonts w:ascii="Times New Roman" w:eastAsia="Times New Roman" w:hAnsi="Times New Roman" w:cs="Times New Roman"/>
          <w:lang w:val="ru-RU" w:eastAsia="ru-RU"/>
        </w:rPr>
        <w:t>, в том числе Организатору, а также лицам, определенным Политикой конфиденциальности.</w:t>
      </w:r>
    </w:p>
    <w:p w14:paraId="1971F4F6" w14:textId="5EC4688E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9F4DD4">
        <w:rPr>
          <w:rFonts w:ascii="Times New Roman" w:eastAsia="Times New Roman" w:hAnsi="Times New Roman" w:cs="Times New Roman"/>
          <w:lang w:val="ru-RU" w:eastAsia="ru-RU"/>
        </w:rPr>
        <w:t>5.</w:t>
      </w:r>
      <w:r>
        <w:rPr>
          <w:rFonts w:ascii="Times New Roman" w:eastAsia="Times New Roman" w:hAnsi="Times New Roman" w:cs="Times New Roman"/>
          <w:lang w:val="ru-RU" w:eastAsia="ru-RU"/>
        </w:rPr>
        <w:t>1</w:t>
      </w:r>
      <w:r w:rsidR="00174DA7">
        <w:rPr>
          <w:rFonts w:ascii="Times New Roman" w:eastAsia="Times New Roman" w:hAnsi="Times New Roman" w:cs="Times New Roman"/>
          <w:lang w:val="ru-RU" w:eastAsia="ru-RU"/>
        </w:rPr>
        <w:t>0</w:t>
      </w:r>
      <w:r>
        <w:rPr>
          <w:rFonts w:ascii="Times New Roman" w:eastAsia="Times New Roman" w:hAnsi="Times New Roman" w:cs="Times New Roman"/>
          <w:lang w:val="ru-RU" w:eastAsia="ru-RU"/>
        </w:rPr>
        <w:t>.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lang w:val="ru-RU" w:eastAsia="ru-RU"/>
        </w:rPr>
        <w:tab/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Срок обработки персональных данных Участников составляет не более 6 месяцев с момента оказания услуги, если иное не предусмотрено законодательством Российской Федерации или иными соглашениями, заключенными с пользователями. </w:t>
      </w:r>
    </w:p>
    <w:p w14:paraId="43CF3DC2" w14:textId="0CAB1B21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5.1</w:t>
      </w:r>
      <w:r w:rsidR="00174DA7">
        <w:rPr>
          <w:rFonts w:ascii="Times New Roman" w:eastAsia="Times New Roman" w:hAnsi="Times New Roman" w:cs="Times New Roman"/>
          <w:lang w:val="ru-RU" w:eastAsia="ru-RU"/>
        </w:rPr>
        <w:t>1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lang w:val="ru-RU" w:eastAsia="ru-RU"/>
        </w:rPr>
        <w:tab/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Персональные данные Участников подлежат уничтожению в случае достижения цели обработки персональных данных, либо в иных случаях, предусмотренных законодательством Российской Федерации в области персональных данных. </w:t>
      </w:r>
    </w:p>
    <w:p w14:paraId="008124C1" w14:textId="7A43FFC7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5.1</w:t>
      </w:r>
      <w:r w:rsidR="00174DA7">
        <w:rPr>
          <w:rFonts w:ascii="Times New Roman" w:eastAsia="Times New Roman" w:hAnsi="Times New Roman" w:cs="Times New Roman"/>
          <w:lang w:val="ru-RU" w:eastAsia="ru-RU"/>
        </w:rPr>
        <w:t>2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lang w:val="ru-RU" w:eastAsia="ru-RU"/>
        </w:rPr>
        <w:tab/>
        <w:t>Оператор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не осуществляет обработку специальных категорий и биометрических персональных данных Участников. </w:t>
      </w:r>
    </w:p>
    <w:p w14:paraId="756BBB74" w14:textId="47106B70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5.1</w:t>
      </w:r>
      <w:r w:rsidR="00174DA7">
        <w:rPr>
          <w:rFonts w:ascii="Times New Roman" w:eastAsia="Times New Roman" w:hAnsi="Times New Roman" w:cs="Times New Roman"/>
          <w:lang w:val="ru-RU" w:eastAsia="ru-RU"/>
        </w:rPr>
        <w:t>3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lang w:val="ru-RU" w:eastAsia="ru-RU"/>
        </w:rPr>
        <w:tab/>
        <w:t>Оператор н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е осуществляет трансграничную передачу персональных данных Участников. </w:t>
      </w:r>
    </w:p>
    <w:p w14:paraId="41034BF3" w14:textId="1A5E0F05" w:rsidR="009F4DD4" w:rsidRPr="009F4DD4" w:rsidRDefault="009F4DD4" w:rsidP="009F4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5.1</w:t>
      </w:r>
      <w:r w:rsidR="00174DA7">
        <w:rPr>
          <w:rFonts w:ascii="Times New Roman" w:eastAsia="Times New Roman" w:hAnsi="Times New Roman" w:cs="Times New Roman"/>
          <w:lang w:val="ru-RU" w:eastAsia="ru-RU"/>
        </w:rPr>
        <w:t>4</w:t>
      </w:r>
      <w:r>
        <w:rPr>
          <w:rFonts w:ascii="Times New Roman" w:eastAsia="Times New Roman" w:hAnsi="Times New Roman" w:cs="Times New Roman"/>
          <w:lang w:val="ru-RU" w:eastAsia="ru-RU"/>
        </w:rPr>
        <w:t>.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lang w:val="ru-RU" w:eastAsia="ru-RU"/>
        </w:rPr>
        <w:tab/>
        <w:t>Операто</w:t>
      </w:r>
      <w:r w:rsidRPr="009F4DD4">
        <w:rPr>
          <w:rFonts w:ascii="Times New Roman" w:eastAsia="Times New Roman" w:hAnsi="Times New Roman" w:cs="Times New Roman"/>
          <w:lang w:val="ru-RU" w:eastAsia="ru-RU"/>
        </w:rPr>
        <w:t xml:space="preserve">р настоящими Правилами подтверждает, что при сборе персональных данных, в том числе посредством информационно-телекоммуникационной сети «Интернет», им обеспечены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Федерации. </w:t>
      </w:r>
    </w:p>
    <w:p w14:paraId="732C2085" w14:textId="77777777" w:rsidR="002875E7" w:rsidRPr="006C5768" w:rsidRDefault="001A29FD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pict w14:anchorId="4096EE83">
          <v:rect id="Horizontal Line 5" o:spid="_x0000_s1026" alt="" style="width:526.95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7EE87DE2" w14:textId="013B0F2C" w:rsidR="002875E7" w:rsidRPr="006C5768" w:rsidRDefault="002875E7" w:rsidP="006C576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</w:pP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 xml:space="preserve">6. </w:t>
      </w:r>
      <w:r w:rsidR="00772E11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b/>
          <w:bCs/>
          <w:kern w:val="36"/>
          <w:lang w:val="ru-RU" w:eastAsia="ru-RU"/>
        </w:rPr>
        <w:t>ПРОЧИЕ УСЛОВИЯ</w:t>
      </w:r>
    </w:p>
    <w:p w14:paraId="383232C6" w14:textId="51C1AFC6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6.1.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Настоящее Соглашение и отношения, возникающие в связи с использованием Сайта Мероприятия, регулируются законодательством Российской Федерации.</w:t>
      </w:r>
    </w:p>
    <w:p w14:paraId="78D2B084" w14:textId="0E811FE4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6.2.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Все споры, возникающие в связи с исполнением настоящего Соглашения, подлежат разрешению в соответствии с законодательством Российской Федерации.</w:t>
      </w:r>
    </w:p>
    <w:p w14:paraId="0AC02276" w14:textId="507E46EC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6.3.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Пользователь, считающий, что размещенные на Сайте материалы нарушают его права или законные интересы, вправе направить обращение на электронную почту Оператора:</w:t>
      </w:r>
      <w:r w:rsidR="007659E1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FC0BE8" w:rsidRPr="00FC0BE8">
        <w:rPr>
          <w:rFonts w:ascii="Times New Roman" w:eastAsia="Times New Roman" w:hAnsi="Times New Roman" w:cs="Times New Roman"/>
          <w:lang w:val="ru-RU" w:eastAsia="ru-RU"/>
        </w:rPr>
        <w:t>reg@shhp.ru</w:t>
      </w:r>
      <w:r w:rsidR="00FC0BE8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07F6B47B" w14:textId="4A4E8860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6.4.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Обращение должно содержать:</w:t>
      </w:r>
    </w:p>
    <w:p w14:paraId="1E767B39" w14:textId="77777777" w:rsidR="002875E7" w:rsidRPr="006C5768" w:rsidRDefault="002875E7" w:rsidP="006C5768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фамилию, имя и отчество заявителя;</w:t>
      </w:r>
    </w:p>
    <w:p w14:paraId="4261F773" w14:textId="77777777" w:rsidR="002875E7" w:rsidRPr="006C5768" w:rsidRDefault="002875E7" w:rsidP="006C5768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описание предполагаемого нарушения;</w:t>
      </w:r>
    </w:p>
    <w:p w14:paraId="435EC407" w14:textId="77777777" w:rsidR="002875E7" w:rsidRPr="006C5768" w:rsidRDefault="002875E7" w:rsidP="006C5768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6C5768">
        <w:rPr>
          <w:rFonts w:ascii="Times New Roman" w:eastAsia="Times New Roman" w:hAnsi="Times New Roman" w:cs="Times New Roman"/>
          <w:lang w:val="ru-RU" w:eastAsia="ru-RU"/>
        </w:rPr>
        <w:t>контактные данные для обратной связи.</w:t>
      </w:r>
    </w:p>
    <w:p w14:paraId="259324CD" w14:textId="41D2ABFB" w:rsidR="002875E7" w:rsidRPr="006C5768" w:rsidRDefault="002875E7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EB698E">
        <w:rPr>
          <w:rFonts w:ascii="Times New Roman" w:eastAsia="Times New Roman" w:hAnsi="Times New Roman" w:cs="Times New Roman"/>
          <w:lang w:val="ru-RU" w:eastAsia="ru-RU"/>
        </w:rPr>
        <w:t>6.5.</w:t>
      </w:r>
      <w:r w:rsidRPr="006C5768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772E11">
        <w:rPr>
          <w:rFonts w:ascii="Times New Roman" w:eastAsia="Times New Roman" w:hAnsi="Times New Roman" w:cs="Times New Roman"/>
          <w:lang w:val="ru-RU" w:eastAsia="ru-RU"/>
        </w:rPr>
        <w:tab/>
      </w:r>
      <w:r w:rsidRPr="006C5768">
        <w:rPr>
          <w:rFonts w:ascii="Times New Roman" w:eastAsia="Times New Roman" w:hAnsi="Times New Roman" w:cs="Times New Roman"/>
          <w:lang w:val="ru-RU" w:eastAsia="ru-RU"/>
        </w:rPr>
        <w:t>Оператор рассматривает обращение и направляет ответ Пользователю в течение 30 (тридцати) календарных дней с момента его получения.</w:t>
      </w:r>
    </w:p>
    <w:p w14:paraId="0731F97D" w14:textId="1B2E1EB0" w:rsidR="00000F9B" w:rsidRPr="006C5768" w:rsidRDefault="00000F9B" w:rsidP="006C57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ru-RU" w:eastAsia="ru-RU"/>
        </w:rPr>
      </w:pPr>
    </w:p>
    <w:sectPr w:rsidR="00000F9B" w:rsidRPr="006C5768" w:rsidSect="006C5768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AC4576"/>
    <w:multiLevelType w:val="multilevel"/>
    <w:tmpl w:val="F52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C9606E"/>
    <w:multiLevelType w:val="multilevel"/>
    <w:tmpl w:val="52B8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351BA"/>
    <w:multiLevelType w:val="multilevel"/>
    <w:tmpl w:val="3AF66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A28F4"/>
    <w:multiLevelType w:val="multilevel"/>
    <w:tmpl w:val="A0E6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57F99"/>
    <w:multiLevelType w:val="multilevel"/>
    <w:tmpl w:val="BE30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650286">
    <w:abstractNumId w:val="8"/>
  </w:num>
  <w:num w:numId="2" w16cid:durableId="2114861073">
    <w:abstractNumId w:val="6"/>
  </w:num>
  <w:num w:numId="3" w16cid:durableId="1063286264">
    <w:abstractNumId w:val="5"/>
  </w:num>
  <w:num w:numId="4" w16cid:durableId="1509833696">
    <w:abstractNumId w:val="4"/>
  </w:num>
  <w:num w:numId="5" w16cid:durableId="1449472076">
    <w:abstractNumId w:val="7"/>
  </w:num>
  <w:num w:numId="6" w16cid:durableId="223757859">
    <w:abstractNumId w:val="3"/>
  </w:num>
  <w:num w:numId="7" w16cid:durableId="325792194">
    <w:abstractNumId w:val="2"/>
  </w:num>
  <w:num w:numId="8" w16cid:durableId="1866089839">
    <w:abstractNumId w:val="1"/>
  </w:num>
  <w:num w:numId="9" w16cid:durableId="29914756">
    <w:abstractNumId w:val="0"/>
  </w:num>
  <w:num w:numId="10" w16cid:durableId="133914129">
    <w:abstractNumId w:val="13"/>
  </w:num>
  <w:num w:numId="11" w16cid:durableId="2092268179">
    <w:abstractNumId w:val="9"/>
  </w:num>
  <w:num w:numId="12" w16cid:durableId="1878463540">
    <w:abstractNumId w:val="11"/>
  </w:num>
  <w:num w:numId="13" w16cid:durableId="1891575286">
    <w:abstractNumId w:val="12"/>
  </w:num>
  <w:num w:numId="14" w16cid:durableId="79016910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9B"/>
    <w:rsid w:val="00034616"/>
    <w:rsid w:val="0006063C"/>
    <w:rsid w:val="0015074B"/>
    <w:rsid w:val="00174DA7"/>
    <w:rsid w:val="001A29FD"/>
    <w:rsid w:val="00265B7D"/>
    <w:rsid w:val="0027413A"/>
    <w:rsid w:val="002875E7"/>
    <w:rsid w:val="0029639D"/>
    <w:rsid w:val="00326F90"/>
    <w:rsid w:val="005F3D1C"/>
    <w:rsid w:val="006C5768"/>
    <w:rsid w:val="007659E1"/>
    <w:rsid w:val="00772E11"/>
    <w:rsid w:val="007F3963"/>
    <w:rsid w:val="0082704A"/>
    <w:rsid w:val="0089743E"/>
    <w:rsid w:val="008B45A2"/>
    <w:rsid w:val="00915CF3"/>
    <w:rsid w:val="009B1C9C"/>
    <w:rsid w:val="009F4DD4"/>
    <w:rsid w:val="00AA1D8D"/>
    <w:rsid w:val="00B06A42"/>
    <w:rsid w:val="00B47730"/>
    <w:rsid w:val="00B936F5"/>
    <w:rsid w:val="00C00860"/>
    <w:rsid w:val="00CB0664"/>
    <w:rsid w:val="00EB698E"/>
    <w:rsid w:val="00F74BEE"/>
    <w:rsid w:val="00FC0B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73BFB8F6"/>
  <w14:defaultImageDpi w14:val="300"/>
  <w15:docId w15:val="{9928A3A9-D84E-44A6-AB60-25E9214F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2875E7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287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21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1618</Words>
  <Characters>9229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Андрей Шуруля</cp:lastModifiedBy>
  <cp:revision>3</cp:revision>
  <dcterms:created xsi:type="dcterms:W3CDTF">2026-10-19T12:43:00Z</dcterms:created>
  <dcterms:modified xsi:type="dcterms:W3CDTF">2026-10-20T13:15:00Z</dcterms:modified>
  <cp:category/>
</cp:coreProperties>
</file>